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MEMORANDUM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TO:</w:t>
            </w:r>
          </w:p>
        </w:tc>
        <w:tc>
          <w:tcPr>
            <w:tcW w:type="dxa" w:w="835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[RECIPIENT NAME]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FROM:</w:t>
            </w:r>
          </w:p>
        </w:tc>
        <w:tc>
          <w:tcPr>
            <w:tcW w:type="dxa" w:w="835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[NAME]</w:t>
            </w:r>
            <w:r>
              <w:rPr>
                <w:b w:val="0"/>
                <w:sz w:val="18"/>
              </w:rPr>
              <w:t xml:space="preserve">, </w:t>
            </w:r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CC:</w:t>
            </w:r>
          </w:p>
        </w:tc>
        <w:tc>
          <w:tcPr>
            <w:tcW w:type="dxa" w:w="835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[CC]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DATE:</w:t>
            </w:r>
          </w:p>
        </w:tc>
        <w:tc>
          <w:tcPr>
            <w:tcW w:type="dxa" w:w="835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8"/>
              </w:rPr>
              <w:t>RE:</w:t>
            </w:r>
          </w:p>
        </w:tc>
        <w:tc>
          <w:tcPr>
            <w:tcW w:type="dxa" w:w="835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[SUBJECT]</w:t>
            </w:r>
          </w:p>
        </w:tc>
      </w:tr>
    </w:tbl>
    <w:p/>
    <w:p>
      <w:r>
        <w:rPr>
          <w:b/>
          <w:color w:val="E10618"/>
          <w:highlight w:val="yellow"/>
        </w:rPr>
        <w:t>[BODY TEXT]</w:t>
      </w:r>
    </w:p>
    <w:p>
      <w:r>
        <w:br w:type="page"/>
      </w:r>
    </w:p>
    <w:p>
      <w:pPr>
        <w:pStyle w:val="Heading1"/>
      </w:pPr>
      <w:r>
        <w:t>TEMPLATE CONTROL</w:t>
      </w:r>
    </w:p>
    <w:p>
      <w:r>
        <w:rPr>
          <w:b w:val="0"/>
          <w:sz w:val="17"/>
        </w:rPr>
        <w:t xml:space="preserve">STV-TPL-FRM-006 Memo Template — STRAVIK Construction Group controlled template. Delete this page from issued correspondence. Management system alignment: ISO 9001:2015 (no certification claimed). Florida Certified General Contractor License No. </w:t>
      </w:r>
      <w:r>
        <w:rPr>
          <w:b/>
          <w:color w:val="E10618"/>
          <w:sz w:val="17"/>
          <w:highlight w:val="yellow"/>
        </w:rPr>
        <w:t>[FL LICENSE NO.]</w:t>
      </w:r>
      <w:r>
        <w:rPr>
          <w:b w:val="0"/>
          <w:sz w:val="17"/>
        </w:rPr>
        <w:t>.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 of Change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00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2026-10-24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Initial issue for STRAVIK Construction Group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Gaya, President</w:t>
            </w:r>
          </w:p>
        </w:tc>
      </w:tr>
    </w:tbl>
    <w:p/>
    <w:p>
      <w:pPr>
        <w:pStyle w:val="Heading2"/>
      </w:pPr>
      <w: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Title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Prepared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Reviewed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[QUALITY / HSE MANAGER]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Approved By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President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872" w:right="1080" w:bottom="1368" w:left="1080" w:header="47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hroma" w:hAnsi="Michroma"/>
        <w:color w:val="E10618"/>
        <w:sz w:val="16"/>
      </w:rPr>
      <w:t xml:space="preserve">BUILT STRONGER.  </w:t>
    </w:r>
    <w:r>
      <w:rPr>
        <w:color w:val="6B6B6E"/>
        <w:sz w:val="13"/>
      </w:rPr>
      <w:t>STRAVIK Construction Group · 4521 PGA Blvd, Unit 509, Palm Beach Gardens, FL 33418 · 954-235-3229 · info@stravikgroup.com · www.stravikgroup.com</w:t>
    </w:r>
  </w:p>
  <w:p>
    <w:pPr>
      <w:jc w:val="center"/>
    </w:pPr>
    <w:r>
      <w:rPr>
        <w:color w:val="6B6B6E"/>
        <w:sz w:val="13"/>
      </w:rPr>
      <w:t>STV-TPL-FRM-006 · Rev 00 · Controlled template — printed or completed copies are uncontrolled.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90558" cy="5943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TRAVIK_Logo_LightBG_print8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558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color w:val="6B6B6E"/>
              <w:sz w:val="15"/>
            </w:rPr>
            <w:t>Doc No.: STV-TPL-FRM-006</w:t>
            <w:br/>
            <w:t>Revision: 00</w:t>
            <w:br/>
            <w:t>Effective: 2026-10-24</w:t>
            <w:br/>
            <w:t xml:space="preserve">Page </w:t>
          </w:r>
          <w:r>
            <w:rPr>
              <w:sz w:val="15"/>
            </w:rPr>
            <w:fldChar w:fldCharType="begin"/>
            <w:instrText xml:space="preserve">PAGE</w:instrText>
            <w:fldChar w:fldCharType="end"/>
          </w:r>
          <w:r>
            <w:rPr>
              <w:color w:val="6B6B6E"/>
              <w:sz w:val="15"/>
            </w:rPr>
            <w:t xml:space="preserve"> of </w:t>
          </w:r>
          <w:r>
            <w:rPr>
              <w:sz w:val="15"/>
            </w:rPr>
            <w:fldChar w:fldCharType="begin"/>
            <w:instrText xml:space="preserve">NUMPAGES</w:instrText>
            <w:fldChar w:fldCharType="end"/>
          </w:r>
          <w:r>
            <w:rPr>
              <w:color w:val="6B6B6E"/>
              <w:sz w:val="15"/>
            </w:rPr>
          </w:r>
        </w:p>
      </w:tc>
    </w:tr>
  </w:tbl>
  <w:p>
    <w:pPr>
      <w:pBdr>
        <w:bottom w:val="single" w:sz="24" w:color="E10618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hroma" w:hAnsi="Michroma"/>
      <w:b w:val="0"/>
      <w:bCs/>
      <w:color w:val="E1061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hroma" w:hAnsi="Michroma"/>
      <w:b w:val="0"/>
      <w:bCs/>
      <w:color w:val="10101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hroma" w:hAnsi="Michroma"/>
      <w:b w:val="0"/>
      <w:color w:val="10101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STV-TPL-FRM-006 Memo Template</dc:title>
  <dc:subject/>
  <dc:creator>STRAVIK Construction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