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TRANSMITTAL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Transmittal No.:</w:t>
            </w:r>
          </w:p>
        </w:tc>
        <w:tc>
          <w:tcPr>
            <w:tcW w:type="dxa" w:w="345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[TRANSMITTAL NO.]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Date:</w:t>
            </w:r>
          </w:p>
        </w:tc>
        <w:tc>
          <w:tcPr>
            <w:tcW w:type="dxa" w:w="302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Project:</w:t>
            </w:r>
          </w:p>
        </w:tc>
        <w:tc>
          <w:tcPr>
            <w:tcW w:type="dxa" w:w="345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[PROJECT NAME]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Project No.:</w:t>
            </w:r>
          </w:p>
        </w:tc>
        <w:tc>
          <w:tcPr>
            <w:tcW w:type="dxa" w:w="302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[PROJECT NO.]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To:</w:t>
            </w:r>
          </w:p>
        </w:tc>
        <w:tc>
          <w:tcPr>
            <w:tcW w:type="dxa" w:w="345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[COMPANY NAME]</w:t>
            </w:r>
            <w:r>
              <w:rPr>
                <w:b w:val="0"/>
                <w:sz w:val="18"/>
              </w:rPr>
              <w:t xml:space="preserve"> — Attn: </w:t>
            </w:r>
            <w:r>
              <w:rPr>
                <w:b/>
                <w:color w:val="E10618"/>
                <w:sz w:val="18"/>
                <w:highlight w:val="yellow"/>
              </w:rPr>
              <w:t>[RECIPIENT NAME]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From:</w:t>
            </w:r>
          </w:p>
        </w:tc>
        <w:tc>
          <w:tcPr>
            <w:tcW w:type="dxa" w:w="302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[NAME]</w:t>
            </w:r>
            <w:r>
              <w:rPr>
                <w:b w:val="0"/>
                <w:sz w:val="18"/>
              </w:rPr>
              <w:t>, STRAVIK Construction Group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18"/>
              </w:rPr>
              <w:t>Sent Via:</w:t>
            </w:r>
          </w:p>
        </w:tc>
        <w:tc>
          <w:tcPr>
            <w:tcW w:type="dxa" w:w="3456"/>
          </w:tcPr>
          <w:p>
            <w:r/>
            <w:r>
              <w:rPr>
                <w:b w:val="0"/>
                <w:sz w:val="18"/>
              </w:rPr>
              <w:t>☐ Email ☐ Courier ☐ Hand ☐ Portal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Response Due:</w:t>
            </w:r>
          </w:p>
        </w:tc>
        <w:tc>
          <w:tcPr>
            <w:tcW w:type="dxa" w:w="302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7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008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Copies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Document No.</w:t>
            </w:r>
          </w:p>
        </w:tc>
        <w:tc>
          <w:tcPr>
            <w:tcW w:type="dxa" w:w="4032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7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1584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720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[QTY]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[DOCUMENT NO.]</w:t>
            </w:r>
          </w:p>
        </w:tc>
        <w:tc>
          <w:tcPr>
            <w:tcW w:type="dxa" w:w="403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[DESCRIPTION]</w:t>
            </w:r>
          </w:p>
        </w:tc>
        <w:tc>
          <w:tcPr>
            <w:tcW w:type="dxa" w:w="7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[REV]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[PURPOSE]</w:t>
            </w:r>
          </w:p>
        </w:tc>
      </w:tr>
      <w:tr>
        <w:tc>
          <w:tcPr>
            <w:tcW w:type="dxa" w:w="720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[QTY]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[DOCUMENT NO.]</w:t>
            </w:r>
          </w:p>
        </w:tc>
        <w:tc>
          <w:tcPr>
            <w:tcW w:type="dxa" w:w="403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[DESCRIPTION]</w:t>
            </w:r>
          </w:p>
        </w:tc>
        <w:tc>
          <w:tcPr>
            <w:tcW w:type="dxa" w:w="7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[REV]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[PURPOSE]</w:t>
            </w:r>
          </w:p>
        </w:tc>
      </w:tr>
      <w:tr>
        <w:tc>
          <w:tcPr>
            <w:tcW w:type="dxa" w:w="720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[QTY]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[DOCUMENT NO.]</w:t>
            </w:r>
          </w:p>
        </w:tc>
        <w:tc>
          <w:tcPr>
            <w:tcW w:type="dxa" w:w="403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[DESCRIPTION]</w:t>
            </w:r>
          </w:p>
        </w:tc>
        <w:tc>
          <w:tcPr>
            <w:tcW w:type="dxa" w:w="7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[REV]</w:t>
            </w:r>
          </w:p>
        </w:tc>
        <w:tc>
          <w:tcPr>
            <w:tcW w:type="dxa" w:w="1584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[PURPOSE]</w:t>
            </w:r>
          </w:p>
        </w:tc>
      </w:tr>
    </w:tbl>
    <w:p/>
    <w:p>
      <w:r>
        <w:rPr>
          <w:b w:val="0"/>
          <w:sz w:val="17"/>
        </w:rPr>
        <w:t>Purpose codes: A = For Approval · R = For Review/Comment · C = For Construction · I = For Information · Rec = For Record</w:t>
      </w:r>
    </w:p>
    <w:p>
      <w:pPr>
        <w:pStyle w:val="Heading1"/>
      </w:pPr>
      <w:r>
        <w:t>Remarks</w:t>
      </w:r>
    </w:p>
    <w:p>
      <w:r>
        <w:rPr>
          <w:b/>
          <w:color w:val="E10618"/>
          <w:highlight w:val="yellow"/>
        </w:rPr>
        <w:t>[REMARKS]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Sent By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Received By</w:t>
            </w:r>
          </w:p>
        </w:tc>
        <w:tc>
          <w:tcPr>
            <w:tcW w:type="dxa" w:w="252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 / Date</w:t>
            </w:r>
          </w:p>
        </w:tc>
      </w:tr>
      <w:tr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[NAME]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[RECIPIENT NAME]</w:t>
            </w:r>
          </w:p>
        </w:tc>
        <w:tc>
          <w:tcPr>
            <w:tcW w:type="dxa" w:w="25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STV-TPL-FRM-005 Transmittal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STV-TPL-FRM-005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STV-TPL-FRM-005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STV-TPL-FRM-005 Transmittal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