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INSTRUCTIONS</w:t>
      </w:r>
    </w:p>
    <w:p>
      <w:r>
        <w:rPr>
          <w:b w:val="0"/>
        </w:rPr>
        <w:t>Complete one resume per key person proposed on a bid or prequalification. Keep to two pages. Include only verifiable facts; attach copies of licenses and certifications.</w:t>
      </w:r>
    </w:p>
    <w:p>
      <w:pPr>
        <w:pStyle w:val="Heading1"/>
      </w:pPr>
      <w:r>
        <w:t>1.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04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Entry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 w:val="0"/>
                <w:sz w:val="18"/>
              </w:rPr>
              <w:t>Name</w:t>
            </w:r>
          </w:p>
        </w:tc>
        <w:tc>
          <w:tcPr>
            <w:tcW w:type="dxa" w:w="504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[NAME]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 w:val="0"/>
                <w:sz w:val="18"/>
              </w:rPr>
              <w:t>Proposed Role</w:t>
            </w:r>
          </w:p>
        </w:tc>
        <w:tc>
          <w:tcPr>
            <w:tcW w:type="dxa" w:w="504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 w:val="0"/>
                <w:sz w:val="18"/>
              </w:rPr>
              <w:t>Years with STRAVIK / Total Years of Experience</w:t>
            </w:r>
          </w:p>
        </w:tc>
        <w:tc>
          <w:tcPr>
            <w:tcW w:type="dxa" w:w="504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[YEARS]</w:t>
            </w:r>
            <w:r>
              <w:rPr>
                <w:b w:val="0"/>
                <w:sz w:val="18"/>
              </w:rPr>
              <w:t xml:space="preserve"> / </w:t>
            </w:r>
            <w:r>
              <w:rPr>
                <w:b/>
                <w:color w:val="E10618"/>
                <w:sz w:val="18"/>
                <w:highlight w:val="yellow"/>
              </w:rPr>
              <w:t>[YEARS]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 w:val="0"/>
                <w:sz w:val="18"/>
              </w:rPr>
              <w:t>Office Location</w:t>
            </w:r>
          </w:p>
        </w:tc>
        <w:tc>
          <w:tcPr>
            <w:tcW w:type="dxa" w:w="504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[LOCATION]</w:t>
            </w:r>
          </w:p>
        </w:tc>
      </w:tr>
    </w:tbl>
    <w:p/>
    <w:p>
      <w:pPr>
        <w:pStyle w:val="Heading1"/>
      </w:pPr>
      <w:r>
        <w:t>2. EDUCATION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Degree / Program</w:t>
            </w:r>
          </w:p>
        </w:tc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Institution</w:t>
            </w:r>
          </w:p>
        </w:tc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Year</w:t>
            </w:r>
          </w:p>
        </w:tc>
      </w:tr>
      <w:tr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[DEGREE]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[INSTITUTION]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[YEAR]</w:t>
            </w:r>
          </w:p>
        </w:tc>
      </w:tr>
    </w:tbl>
    <w:p/>
    <w:p>
      <w:pPr>
        <w:pStyle w:val="Heading1"/>
      </w:pPr>
      <w:r>
        <w:t>3. LICENSES &amp; CERTIFICATIONS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License / Certification</w:t>
            </w:r>
          </w:p>
        </w:tc>
        <w:tc>
          <w:tcPr>
            <w:tcW w:type="dxa" w:w="25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Number</w:t>
            </w:r>
          </w:p>
        </w:tc>
        <w:tc>
          <w:tcPr>
            <w:tcW w:type="dxa" w:w="25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Issuer</w:t>
            </w:r>
          </w:p>
        </w:tc>
        <w:tc>
          <w:tcPr>
            <w:tcW w:type="dxa" w:w="25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Expiration</w:t>
            </w:r>
          </w:p>
        </w:tc>
      </w:tr>
      <w:tr>
        <w:tc>
          <w:tcPr>
            <w:tcW w:type="dxa" w:w="252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[CERTIFICATION]</w:t>
            </w:r>
          </w:p>
        </w:tc>
        <w:tc>
          <w:tcPr>
            <w:tcW w:type="dxa" w:w="252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[NUMBER]</w:t>
            </w:r>
          </w:p>
        </w:tc>
        <w:tc>
          <w:tcPr>
            <w:tcW w:type="dxa" w:w="252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[ISSUER]</w:t>
            </w:r>
          </w:p>
        </w:tc>
        <w:tc>
          <w:tcPr>
            <w:tcW w:type="dxa" w:w="252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</w:tr>
    </w:tbl>
    <w:p/>
    <w:p>
      <w:pPr>
        <w:pStyle w:val="Heading1"/>
      </w:pPr>
      <w:r>
        <w:t>4. PROFESSIONAL SUMMARY</w:t>
      </w:r>
    </w:p>
    <w:p>
      <w:r>
        <w:rPr>
          <w:b/>
          <w:color w:val="E10618"/>
          <w:highlight w:val="yellow"/>
        </w:rPr>
        <w:t>[SUMMARY — 3 to 5 sentences describing relevant expertise]</w:t>
      </w:r>
    </w:p>
    <w:p>
      <w:pPr>
        <w:pStyle w:val="Heading1"/>
      </w:pPr>
      <w:r>
        <w:t>5. RELEVANT PROJECT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Project</w:t>
            </w:r>
          </w:p>
        </w:tc>
        <w:tc>
          <w:tcPr>
            <w:tcW w:type="dxa" w:w="168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Owner / Location</w:t>
            </w:r>
          </w:p>
        </w:tc>
        <w:tc>
          <w:tcPr>
            <w:tcW w:type="dxa" w:w="168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Value</w:t>
            </w:r>
          </w:p>
        </w:tc>
        <w:tc>
          <w:tcPr>
            <w:tcW w:type="dxa" w:w="168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168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Dates</w:t>
            </w:r>
          </w:p>
        </w:tc>
        <w:tc>
          <w:tcPr>
            <w:tcW w:type="dxa" w:w="168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Scope</w:t>
            </w:r>
          </w:p>
        </w:tc>
      </w:tr>
      <w:tr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[PROJECT NAME]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[OWNER]</w:t>
            </w:r>
            <w:r>
              <w:rPr>
                <w:b w:val="0"/>
                <w:sz w:val="18"/>
              </w:rPr>
              <w:t xml:space="preserve"> / </w:t>
            </w:r>
            <w:r>
              <w:rPr>
                <w:b/>
                <w:color w:val="E10618"/>
                <w:sz w:val="18"/>
                <w:highlight w:val="yellow"/>
              </w:rPr>
              <w:t>[LOCATION]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[CONTRACT VALUE]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[ROLE]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[DATES]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[SCOPE]</w:t>
            </w:r>
          </w:p>
        </w:tc>
      </w:tr>
      <w:tr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[PROJECT NAME]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[OWNER]</w:t>
            </w:r>
            <w:r>
              <w:rPr>
                <w:b w:val="0"/>
                <w:sz w:val="18"/>
              </w:rPr>
              <w:t xml:space="preserve"> / </w:t>
            </w:r>
            <w:r>
              <w:rPr>
                <w:b/>
                <w:color w:val="E10618"/>
                <w:sz w:val="18"/>
                <w:highlight w:val="yellow"/>
              </w:rPr>
              <w:t>[LOCATION]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[CONTRACT VALUE]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[ROLE]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[DATES]</w:t>
            </w:r>
          </w:p>
        </w:tc>
        <w:tc>
          <w:tcPr>
            <w:tcW w:type="dxa" w:w="168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[SCOPE]</w:t>
            </w:r>
          </w:p>
        </w:tc>
      </w:tr>
    </w:tbl>
    <w:p/>
    <w:p>
      <w:pPr>
        <w:pStyle w:val="Heading1"/>
      </w:pPr>
      <w:r>
        <w:t>6. EMPLOYMENT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Employer</w:t>
            </w:r>
          </w:p>
        </w:tc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Title</w:t>
            </w:r>
          </w:p>
        </w:tc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Dates</w:t>
            </w:r>
          </w:p>
        </w:tc>
      </w:tr>
      <w:tr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[EMPLOYER]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[DATES]</w:t>
            </w:r>
          </w:p>
        </w:tc>
      </w:tr>
    </w:tbl>
    <w:p/>
    <w:p>
      <w:pPr>
        <w:pStyle w:val="Heading1"/>
      </w:pPr>
      <w:r>
        <w:t>7. SAFETY &amp; COMPLIANCE TRAINING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Training</w:t>
            </w:r>
          </w:p>
        </w:tc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 Completed</w:t>
            </w:r>
          </w:p>
        </w:tc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Expiration</w:t>
            </w:r>
          </w:p>
        </w:tc>
      </w:tr>
      <w:tr>
        <w:tc>
          <w:tcPr>
            <w:tcW w:type="dxa" w:w="3360"/>
          </w:tcPr>
          <w:p>
            <w:r/>
            <w:r>
              <w:rPr>
                <w:b w:val="0"/>
                <w:sz w:val="18"/>
              </w:rPr>
              <w:t>OSHA 10 / 30-Hour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</w:tr>
      <w:tr>
        <w:tc>
          <w:tcPr>
            <w:tcW w:type="dxa" w:w="3360"/>
          </w:tcPr>
          <w:p>
            <w:r/>
            <w:r>
              <w:rPr>
                <w:b w:val="0"/>
                <w:sz w:val="18"/>
              </w:rPr>
              <w:t>First Aid / CPR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</w:tr>
      <w:tr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[OTHER TRAINING]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</w:tr>
    </w:tbl>
    <w:p/>
    <w:p>
      <w:pPr>
        <w:pStyle w:val="Heading1"/>
      </w:pPr>
      <w:r>
        <w:t>8. CERTIFICATION</w:t>
      </w:r>
    </w:p>
    <w:p>
      <w:r>
        <w:rPr>
          <w:b w:val="0"/>
        </w:rPr>
        <w:t>I certify that the information above is accurate. Signature: ____________________  Date: __________</w:t>
      </w:r>
    </w:p>
    <w:p>
      <w:r>
        <w:br w:type="page"/>
      </w:r>
    </w:p>
    <w:p>
      <w:pPr>
        <w:pStyle w:val="Heading1"/>
      </w:pPr>
      <w:r>
        <w:t>TEMPLATE CONTROL</w:t>
      </w:r>
    </w:p>
    <w:p>
      <w:r>
        <w:rPr>
          <w:b w:val="0"/>
          <w:sz w:val="17"/>
        </w:rPr>
        <w:t xml:space="preserve">STV-HRM-FRM-007 Key Personnel Resume Template — STRAVIK Construction Group controlled template. Delete this page from issued correspondence. Management system alignment: ISO 9001:2015 (no certification claimed). Florida Certified General Contractor License No. </w:t>
      </w:r>
      <w:r>
        <w:rPr>
          <w:b/>
          <w:color w:val="E10618"/>
          <w:sz w:val="17"/>
          <w:highlight w:val="yellow"/>
        </w:rPr>
        <w:t>[FL LICENSE NO.]</w:t>
      </w:r>
      <w:r>
        <w:rPr>
          <w:b w:val="0"/>
          <w:sz w:val="17"/>
        </w:rPr>
        <w:t>.</w:t>
      </w:r>
    </w:p>
    <w:p>
      <w:pPr>
        <w:pStyle w:val="Heading2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Rev.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Description of Change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00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2026-10-24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Initial issue for STRAVIK Construction Group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Gaya, President</w:t>
            </w:r>
          </w:p>
        </w:tc>
      </w:tr>
    </w:tbl>
    <w:p/>
    <w:p>
      <w:pPr>
        <w:pStyle w:val="Heading2"/>
      </w:pPr>
      <w:r>
        <w:t>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Title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Prepared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Reviewed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[QUALITY / HSE MANAGER]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Approved By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President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872" w:right="1080" w:bottom="1368" w:left="1080" w:header="475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hroma" w:hAnsi="Michroma"/>
        <w:color w:val="E10618"/>
        <w:sz w:val="16"/>
      </w:rPr>
      <w:t xml:space="preserve">BUILT STRONGER.  </w:t>
    </w:r>
    <w:r>
      <w:rPr>
        <w:color w:val="6B6B6E"/>
        <w:sz w:val="13"/>
      </w:rPr>
      <w:t>STRAVIK Construction Group · 4521 PGA Blvd, Unit 509, Palm Beach Gardens, FL 33418 · 954-235-3229 · info@stravikgroup.com · www.stravikgroup.com</w:t>
    </w:r>
  </w:p>
  <w:p>
    <w:pPr>
      <w:jc w:val="center"/>
    </w:pPr>
    <w:r>
      <w:rPr>
        <w:color w:val="6B6B6E"/>
        <w:sz w:val="13"/>
      </w:rPr>
      <w:t>STV-HRM-FRM-007 · Rev 00 · Controlled template — printed or completed copies are uncontrolled.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90558" cy="5943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TRAVIK_Logo_LightBG_print8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558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color w:val="6B6B6E"/>
              <w:sz w:val="15"/>
            </w:rPr>
            <w:t>Doc No.: STV-HRM-FRM-007</w:t>
            <w:br/>
            <w:t>Revision: 00</w:t>
            <w:br/>
            <w:t>Effective: 2026-10-24</w:t>
            <w:br/>
            <w:t xml:space="preserve">Page </w:t>
          </w:r>
          <w:r>
            <w:rPr>
              <w:sz w:val="15"/>
            </w:rPr>
            <w:fldChar w:fldCharType="begin"/>
            <w:instrText xml:space="preserve">PAGE</w:instrText>
            <w:fldChar w:fldCharType="end"/>
          </w:r>
          <w:r>
            <w:rPr>
              <w:color w:val="6B6B6E"/>
              <w:sz w:val="15"/>
            </w:rPr>
            <w:t xml:space="preserve"> of </w:t>
          </w:r>
          <w:r>
            <w:rPr>
              <w:sz w:val="15"/>
            </w:rPr>
            <w:fldChar w:fldCharType="begin"/>
            <w:instrText xml:space="preserve">NUMPAGES</w:instrText>
            <w:fldChar w:fldCharType="end"/>
          </w:r>
          <w:r>
            <w:rPr>
              <w:color w:val="6B6B6E"/>
              <w:sz w:val="15"/>
            </w:rPr>
          </w:r>
        </w:p>
      </w:tc>
    </w:tr>
  </w:tbl>
  <w:p>
    <w:pPr>
      <w:pBdr>
        <w:bottom w:val="single" w:sz="24" w:color="E10618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hroma" w:hAnsi="Michroma"/>
      <w:b w:val="0"/>
      <w:bCs/>
      <w:color w:val="E1061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hroma" w:hAnsi="Michroma"/>
      <w:b w:val="0"/>
      <w:bCs/>
      <w:color w:val="10101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hroma" w:hAnsi="Michroma"/>
      <w:b w:val="0"/>
      <w:color w:val="10101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STV-HRM-FRM-007 Key Personnel Resume Template</dc:title>
  <dc:subject/>
  <dc:creator>STRAVIK Construction Group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